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ayout w:type="fixed"/>
        <w:tblLook w:firstColumn="1" w:firstRow="1" w:lastColumn="0" w:lastRow="0" w:noHBand="0" w:noVBand="1" w:val="04A0"/>
        <w:tblW w:w="10545" w:type="dxa"/>
        <w:tblBorders>
          <w:top w:val="nil"/>
          <w:left w:val="nil"/>
          <w:bottom w:val="nil"/>
          <w:right w:val="nil"/>
          <w:insideH w:val="nil"/>
          <w:insideV w:val="nil"/>
        </w:tblBorders>
      </w:tblPr>
      <w:tblGrid>
        <w:gridCol w:w="7030"/>
        <w:gridCol w:w="3515"/>
      </w:tblGrid>
      <w:tr>
        <w:tc>
          <w:tcPr>
            <w:tcW w:w="7030" w:type="dxa"/>
          </w:tcPr>
          <w:p>
            <w:r>
              <w:rPr>
                <w:rFonts w:ascii="Calibri" w:hAnsi="Calibri"/>
                <w:b/>
                <w:i w:val="0"/>
                <w:color w:val="4F4F4F"/>
                <w:sz w:val="18"/>
              </w:rPr>
              <w:t>10. SINIF COĞRAFYA · ÇALIŞMA KÂĞIDI</w:t>
            </w:r>
          </w:p>
        </w:tc>
        <w:tc>
          <w:tcPr>
            <w:tcW w:w="3515" w:type="dxa"/>
          </w:tcPr>
          <w:p>
            <w:pPr>
              <w:jc w:val="right"/>
            </w:pPr>
            <w:r>
              <w:rPr>
                <w:rFonts w:ascii="Calibri" w:hAnsi="Calibri"/>
                <w:b w:val="0"/>
                <w:i w:val="0"/>
                <w:color w:val="767676"/>
                <w:sz w:val="17"/>
              </w:rPr>
              <w:t>GNL-COG10-CK-U6 · 2026-2027</w:t>
            </w:r>
          </w:p>
        </w:tc>
      </w:tr>
    </w:tbl>
    <w:p>
      <w:pPr>
        <w:keepNext w:val="0"/>
        <w:spacing w:before="20" w:after="60"/>
        <w:pBdr>
          <w:bottom w:val="single" w:sz="16" w:space="2" w:color="FCC021"/>
        </w:pBdr>
      </w:pPr>
      <w:r>
        <w:rPr>
          <w:rFonts w:ascii="Calibri" w:hAnsi="Calibri"/>
          <w:b/>
          <w:i w:val="0"/>
          <w:color w:val="2C6696"/>
          <w:sz w:val="30"/>
        </w:rPr>
        <w:t>6. Ünite: Afetler ve Sürdürülebilir Çevre</w:t>
      </w:r>
    </w:p>
    <w:p>
      <w:pPr>
        <w:keepNext w:val="0"/>
        <w:tabs>
          <w:tab w:pos="5443" w:val="left"/>
          <w:tab w:pos="8277" w:val="left"/>
        </w:tabs>
        <w:spacing w:before="100" w:after="40"/>
      </w:pPr>
      <w:r>
        <w:rPr>
          <w:rFonts w:ascii="Calibri" w:hAnsi="Calibri"/>
          <w:b w:val="0"/>
          <w:i w:val="0"/>
          <w:color w:val="262626"/>
          <w:sz w:val="19"/>
        </w:rPr>
        <w:t>Adı Soyadı: ……………………………………………</w:t>
        <w:tab/>
        <w:t>Sınıf/No: ……………</w:t>
        <w:tab/>
        <w:t>Tarih: ……/……/20……</w:t>
      </w:r>
    </w:p>
    <w:p>
      <w:pPr>
        <w:keepNext w:val="0"/>
        <w:spacing w:before="20" w:after="0"/>
      </w:pPr>
      <w:r>
        <w:rPr>
          <w:rFonts w:ascii="Calibri" w:hAnsi="Calibri"/>
          <w:b w:val="0"/>
          <w:i/>
          <w:color w:val="767676"/>
          <w:sz w:val="15"/>
        </w:rPr>
        <w:t>Konu tekrarı içindir, not verilmez. Her maddeyi ilgili haftanın dersinden sonra çöz; sayfa numaraları 10. Sınıf Coğrafya Ders Kitabı'ndandır. Aileyle yapılan maddelerde kişisel bilgi (adres, telefon, sağlık) yazma.</w:t>
      </w:r>
    </w:p>
    <w:p>
      <w:pPr>
        <w:keepNext/>
        <w:pageBreakBefore w:val="0"/>
        <w:tabs>
          <w:tab w:pos="10545" w:val="right"/>
        </w:tabs>
        <w:spacing w:before="6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1 · Afetlerle Mücadelede İyi Uygulama Örnekleri</w:t>
      </w:r>
      <w:r>
        <w:rPr>
          <w:rFonts w:ascii="Calibri" w:hAnsi="Calibri"/>
          <w:b w:val="0"/>
          <w:i w:val="0"/>
          <w:color w:val="767676"/>
          <w:sz w:val="17"/>
        </w:rPr>
        <w:tab/>
        <w:t>25-26. hafta · COĞ.10.6.1 · Kitap s. 170-179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Afetleri kitapta yazan başlıca önlemlerle eşleştiriniz; harfi parantez içine yazınız (s. 172-173).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515"/>
        <w:gridCol w:w="510"/>
        <w:gridCol w:w="6038"/>
      </w:tblGrid>
      <w:tr>
        <w:trPr>
          <w:cantSplit/>
          <w:trHeight w:val="249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1. Katie Kasırgası (ABD, 2023)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03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Nükleer tesislerin deprem riski düşük bölgelere kurulması, tsunami erken uyarısı, hızlı tahliye</w:t>
            </w:r>
          </w:p>
        </w:tc>
      </w:tr>
      <w:tr>
        <w:trPr>
          <w:cantSplit/>
          <w:trHeight w:val="249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2. Rio Grande do Sul su baskını (Brezilya)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03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Erken uyarı, halkın tahliye edilmesi, yer altı sığınaklarının kullanılması</w:t>
            </w:r>
          </w:p>
        </w:tc>
      </w:tr>
      <w:tr>
        <w:trPr>
          <w:cantSplit/>
          <w:trHeight w:val="249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3. Petropolis heyelanı (Brezilya)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03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Yangın uyarı sistemleri, hızlı müdahale ekipleri, riskli faaliyetlerin yasaklanması</w:t>
            </w:r>
          </w:p>
        </w:tc>
      </w:tr>
      <w:tr>
        <w:trPr>
          <w:cantSplit/>
          <w:trHeight w:val="249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4. Fukushima Daiichi nükleer santral kazası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03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Akarsu yataklarının ve drenaj kanallarının ıslahı, akarsu yataklarına imar yasağı</w:t>
            </w:r>
          </w:p>
        </w:tc>
      </w:tr>
      <w:tr>
        <w:trPr>
          <w:cantSplit/>
          <w:trHeight w:val="249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5. Töhoku depremi ve tsunamisi (Japonya)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03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Dik yamaçlara sağlam istinat duvarları, riskli yerleşmelerin güvenli alanlara taşınması</w:t>
            </w:r>
          </w:p>
        </w:tc>
      </w:tr>
      <w:tr>
        <w:trPr>
          <w:cantSplit/>
          <w:trHeight w:val="249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6. Muğla orman yangınları (2021)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603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Zemini sağlam alanlara yerleşme, depreme dayanıklı mimari, halkın eğitilmesi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2.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Afet türünün yanına A (gerçekleşmesi önlenemez: zararı azaltma ön planda) ya da Ö (gerçekleşmesini önleme ön planda) işaretleyiniz (s. 171).</w:t>
      </w:r>
    </w:p>
    <w:tbl>
      <w:tblPr>
        <w:tblStyle w:val="TableGrid"/>
        <w:tblW w:w="100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1722"/>
        <w:gridCol w:w="794"/>
        <w:gridCol w:w="1722"/>
        <w:gridCol w:w="794"/>
        <w:gridCol w:w="1722"/>
        <w:gridCol w:w="794"/>
        <w:gridCol w:w="1722"/>
        <w:gridCol w:w="794"/>
      </w:tblGrid>
      <w:tr>
        <w:trPr>
          <w:cantSplit/>
          <w:trHeight w:val="249" w:hRule="atLeast"/>
        </w:trPr>
        <w:tc>
          <w:tcPr>
            <w:tcW w:w="17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Deprem</w:t>
            </w:r>
          </w:p>
        </w:tc>
        <w:tc>
          <w:tcPr>
            <w:tcW w:w="79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☐A ☐Ö</w:t>
            </w:r>
          </w:p>
        </w:tc>
        <w:tc>
          <w:tcPr>
            <w:tcW w:w="17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Tsunami</w:t>
            </w:r>
          </w:p>
        </w:tc>
        <w:tc>
          <w:tcPr>
            <w:tcW w:w="79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☐A ☐Ö</w:t>
            </w:r>
          </w:p>
        </w:tc>
        <w:tc>
          <w:tcPr>
            <w:tcW w:w="17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Kasırga</w:t>
            </w:r>
          </w:p>
        </w:tc>
        <w:tc>
          <w:tcPr>
            <w:tcW w:w="79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☐A ☐Ö</w:t>
            </w:r>
          </w:p>
        </w:tc>
        <w:tc>
          <w:tcPr>
            <w:tcW w:w="17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Su baskını</w:t>
            </w:r>
          </w:p>
        </w:tc>
        <w:tc>
          <w:tcPr>
            <w:tcW w:w="79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☐A ☐Ö</w:t>
            </w:r>
          </w:p>
        </w:tc>
      </w:tr>
      <w:tr>
        <w:trPr>
          <w:cantSplit/>
          <w:trHeight w:val="249" w:hRule="atLeast"/>
        </w:trPr>
        <w:tc>
          <w:tcPr>
            <w:tcW w:w="17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Heyelan</w:t>
            </w:r>
          </w:p>
        </w:tc>
        <w:tc>
          <w:tcPr>
            <w:tcW w:w="79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☐A ☐Ö</w:t>
            </w:r>
          </w:p>
        </w:tc>
        <w:tc>
          <w:tcPr>
            <w:tcW w:w="17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Orman yangını</w:t>
            </w:r>
          </w:p>
        </w:tc>
        <w:tc>
          <w:tcPr>
            <w:tcW w:w="79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☐A ☐Ö</w:t>
            </w:r>
          </w:p>
        </w:tc>
        <w:tc>
          <w:tcPr>
            <w:tcW w:w="17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f)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Kuraklık</w:t>
            </w:r>
          </w:p>
        </w:tc>
        <w:tc>
          <w:tcPr>
            <w:tcW w:w="79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☐A ☐Ö</w:t>
            </w:r>
          </w:p>
        </w:tc>
        <w:tc>
          <w:tcPr>
            <w:tcW w:w="172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Salgın</w:t>
            </w:r>
          </w:p>
        </w:tc>
        <w:tc>
          <w:tcPr>
            <w:tcW w:w="794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☐A ☐Ö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3.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Şili (2015) ve Bem (2003) depremlerini karşılaştırınız; son satıra kısa bir çıkarım yazınız (s. 171).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041"/>
        <w:gridCol w:w="4011"/>
        <w:gridCol w:w="4011"/>
      </w:tblGrid>
      <w:tr>
        <w:trPr>
          <w:cantSplit/>
          <w:tblHeader/>
        </w:trPr>
        <w:tc>
          <w:tcPr>
            <w:tcW w:w="2041" w:type="dxa"/>
            <w:shd w:val="clear" w:color="auto" w:fill="EDEDED"/>
          </w:tcPr>
          <w:p>
            <w:pPr>
              <w:jc w:val="left"/>
            </w:pPr>
          </w:p>
        </w:tc>
        <w:tc>
          <w:tcPr>
            <w:tcW w:w="4011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2015 Şili depremi</w:t>
            </w:r>
          </w:p>
        </w:tc>
        <w:tc>
          <w:tcPr>
            <w:tcW w:w="4011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2003 Bem depremi</w:t>
            </w:r>
          </w:p>
        </w:tc>
      </w:tr>
      <w:tr>
        <w:trPr>
          <w:cantSplit/>
          <w:trHeight w:val="238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Büyüklük (magnitüd)</w:t>
            </w:r>
          </w:p>
        </w:tc>
        <w:tc>
          <w:tcPr>
            <w:tcW w:w="4011" w:type="dxa"/>
          </w:tcPr>
          <w:p>
            <w:pPr>
              <w:jc w:val="left"/>
            </w:pPr>
          </w:p>
        </w:tc>
        <w:tc>
          <w:tcPr>
            <w:tcW w:w="4011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Derinlik</w:t>
            </w:r>
          </w:p>
        </w:tc>
        <w:tc>
          <w:tcPr>
            <w:tcW w:w="4011" w:type="dxa"/>
          </w:tcPr>
          <w:p>
            <w:pPr>
              <w:jc w:val="left"/>
            </w:pPr>
          </w:p>
        </w:tc>
        <w:tc>
          <w:tcPr>
            <w:tcW w:w="4011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Süre</w:t>
            </w:r>
          </w:p>
        </w:tc>
        <w:tc>
          <w:tcPr>
            <w:tcW w:w="4011" w:type="dxa"/>
          </w:tcPr>
          <w:p>
            <w:pPr>
              <w:jc w:val="left"/>
            </w:pPr>
          </w:p>
        </w:tc>
        <w:tc>
          <w:tcPr>
            <w:tcW w:w="4011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Etkileri</w:t>
            </w:r>
          </w:p>
        </w:tc>
        <w:tc>
          <w:tcPr>
            <w:tcW w:w="4011" w:type="dxa"/>
          </w:tcPr>
          <w:p>
            <w:pPr>
              <w:jc w:val="left"/>
            </w:pPr>
          </w:p>
        </w:tc>
        <w:tc>
          <w:tcPr>
            <w:tcW w:w="4011" w:type="dxa"/>
          </w:tcPr>
          <w:p>
            <w:pPr>
              <w:jc w:val="left"/>
            </w:pPr>
          </w:p>
        </w:tc>
      </w:tr>
    </w:tbl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5386"/>
        <w:gridCol w:w="4677"/>
      </w:tblGrid>
      <w:tr>
        <w:trPr>
          <w:cantSplit/>
          <w:trHeight w:val="283" w:hRule="atLeast"/>
        </w:trPr>
        <w:tc>
          <w:tcPr>
            <w:tcW w:w="5386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Büyüklüğü daha fazla olan depremin etkisi neden daha az olmuş olabilir?</w:t>
            </w:r>
          </w:p>
        </w:tc>
        <w:tc>
          <w:tcPr>
            <w:tcW w:w="4677" w:type="dxa"/>
          </w:tcPr>
          <w:p>
            <w:pPr>
              <w:jc w:val="left"/>
            </w:pP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4.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Çalışmanın afet yönetiminin hangi evresinde yapıldığını işaretleyiniz. Ön: afet öncesi (risk ve zarar azaltma, hazırlık) · Es: afet esnası (müdahale) · So: afet sonrası (iyileştirme) (s. 174).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288"/>
        <w:gridCol w:w="1743"/>
        <w:gridCol w:w="3288"/>
        <w:gridCol w:w="1743"/>
      </w:tblGrid>
      <w:tr>
        <w:trPr>
          <w:cantSplit/>
          <w:trHeight w:val="249" w:hRule="atLeast"/>
        </w:trPr>
        <w:tc>
          <w:tcPr>
            <w:tcW w:w="328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Dere yatağı ıslahı</w:t>
            </w:r>
          </w:p>
        </w:tc>
        <w:tc>
          <w:tcPr>
            <w:tcW w:w="174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☐Ön ☐Es ☐So</w:t>
            </w:r>
          </w:p>
        </w:tc>
        <w:tc>
          <w:tcPr>
            <w:tcW w:w="328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Arama-kurtarma çalışmaları</w:t>
            </w:r>
          </w:p>
        </w:tc>
        <w:tc>
          <w:tcPr>
            <w:tcW w:w="174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☐Ön ☐Es ☐So</w:t>
            </w:r>
          </w:p>
        </w:tc>
      </w:tr>
      <w:tr>
        <w:trPr>
          <w:cantSplit/>
          <w:trHeight w:val="249" w:hRule="atLeast"/>
        </w:trPr>
        <w:tc>
          <w:tcPr>
            <w:tcW w:w="328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Erken uyarı sisteminin kurulması</w:t>
            </w:r>
          </w:p>
        </w:tc>
        <w:tc>
          <w:tcPr>
            <w:tcW w:w="174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☐Ön ☐Es ☐So</w:t>
            </w:r>
          </w:p>
        </w:tc>
        <w:tc>
          <w:tcPr>
            <w:tcW w:w="328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Halkın tahliye edilmesi</w:t>
            </w:r>
          </w:p>
        </w:tc>
        <w:tc>
          <w:tcPr>
            <w:tcW w:w="174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☐Ön ☐Es ☐So</w:t>
            </w:r>
          </w:p>
        </w:tc>
      </w:tr>
      <w:tr>
        <w:trPr>
          <w:cantSplit/>
          <w:trHeight w:val="249" w:hRule="atLeast"/>
        </w:trPr>
        <w:tc>
          <w:tcPr>
            <w:tcW w:w="328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Afet tatbikatı yapılması</w:t>
            </w:r>
          </w:p>
        </w:tc>
        <w:tc>
          <w:tcPr>
            <w:tcW w:w="174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☐Ön ☐Es ☐So</w:t>
            </w:r>
          </w:p>
        </w:tc>
        <w:tc>
          <w:tcPr>
            <w:tcW w:w="328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f)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Zarar gören yerleşmelerin yeniden inşası</w:t>
            </w:r>
          </w:p>
        </w:tc>
        <w:tc>
          <w:tcPr>
            <w:tcW w:w="174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☐Ön ☐Es ☐So</w:t>
            </w:r>
          </w:p>
        </w:tc>
      </w:tr>
      <w:tr>
        <w:trPr>
          <w:cantSplit/>
          <w:trHeight w:val="249" w:hRule="atLeast"/>
        </w:trPr>
        <w:tc>
          <w:tcPr>
            <w:tcW w:w="328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Binaların depreme karşı güçlendirilmesi</w:t>
            </w:r>
          </w:p>
        </w:tc>
        <w:tc>
          <w:tcPr>
            <w:tcW w:w="174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☐Ön ☐Es ☐So</w:t>
            </w:r>
          </w:p>
        </w:tc>
        <w:tc>
          <w:tcPr>
            <w:tcW w:w="328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Temel hizmetlerin yeniden sağlanması</w:t>
            </w:r>
          </w:p>
        </w:tc>
        <w:tc>
          <w:tcPr>
            <w:tcW w:w="1743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☐Ön ☐Es ☐So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5.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İyi uygulama künyesi: Gaziantep risk haritası (s. 175) ya da Potenza #weResilient (s. 176-177) örneklerinden birini seçip tabloyu doldurunuz.   Seçtiğim: ☐ Gaziantep   ☐ Potenza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041"/>
        <w:gridCol w:w="8022"/>
      </w:tblGrid>
      <w:tr>
        <w:trPr>
          <w:cantSplit/>
          <w:trHeight w:val="261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Amacı</w:t>
            </w:r>
          </w:p>
        </w:tc>
        <w:tc>
          <w:tcPr>
            <w:tcW w:w="8022" w:type="dxa"/>
          </w:tcPr>
          <w:p>
            <w:pPr>
              <w:jc w:val="left"/>
            </w:pPr>
          </w:p>
        </w:tc>
      </w:tr>
      <w:tr>
        <w:trPr>
          <w:cantSplit/>
          <w:trHeight w:val="261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Hedef kitlesi</w:t>
            </w:r>
          </w:p>
        </w:tc>
        <w:tc>
          <w:tcPr>
            <w:tcW w:w="8022" w:type="dxa"/>
          </w:tcPr>
          <w:p>
            <w:pPr>
              <w:jc w:val="left"/>
            </w:pPr>
          </w:p>
        </w:tc>
      </w:tr>
      <w:tr>
        <w:trPr>
          <w:cantSplit/>
          <w:trHeight w:val="261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Kapsadığı afet türü</w:t>
            </w:r>
          </w:p>
        </w:tc>
        <w:tc>
          <w:tcPr>
            <w:tcW w:w="8022" w:type="dxa"/>
          </w:tcPr>
          <w:p>
            <w:pPr>
              <w:jc w:val="left"/>
            </w:pPr>
          </w:p>
        </w:tc>
      </w:tr>
      <w:tr>
        <w:trPr>
          <w:cantSplit/>
          <w:trHeight w:val="261" w:hRule="atLeast"/>
        </w:trPr>
        <w:tc>
          <w:tcPr>
            <w:tcW w:w="2041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Özgün değeri</w:t>
            </w:r>
          </w:p>
        </w:tc>
        <w:tc>
          <w:tcPr>
            <w:tcW w:w="8022" w:type="dxa"/>
          </w:tcPr>
          <w:p>
            <w:pPr>
              <w:jc w:val="left"/>
            </w:pPr>
          </w:p>
        </w:tc>
      </w:tr>
    </w:tbl>
    <w:p>
      <w:pPr>
        <w:keepNext/>
        <w:pageBreakBefore w:val="0"/>
        <w:tabs>
          <w:tab w:pos="10545" w:val="right"/>
        </w:tabs>
        <w:spacing w:before="8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2 · Afete Dirençli Yaşam Alanları</w:t>
      </w:r>
      <w:r>
        <w:rPr>
          <w:rFonts w:ascii="Calibri" w:hAnsi="Calibri"/>
          <w:b w:val="0"/>
          <w:i w:val="0"/>
          <w:color w:val="767676"/>
          <w:sz w:val="17"/>
        </w:rPr>
        <w:tab/>
        <w:t>27. hafta · COĞ.10.6.2 · Kitap s. 180-184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6.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Dirençli şehrin temel özelliklerini tanımlarıyla eşleştiriniz (s. 180).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2494"/>
        <w:gridCol w:w="510"/>
        <w:gridCol w:w="7058"/>
      </w:tblGrid>
      <w:tr>
        <w:trPr>
          <w:cantSplit/>
          <w:trHeight w:val="249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1. Sağlamlık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05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Kurumların ve toplumun değişime hazırlanma ve bu değişime hızla yanıt verme kapasitesi</w:t>
            </w:r>
          </w:p>
        </w:tc>
      </w:tr>
      <w:tr>
        <w:trPr>
          <w:cantSplit/>
          <w:trHeight w:val="249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2. Uyum sağlama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05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Kriz ve afet anında yerel hizmetlerin hızla eski hâline getirilmesi kabiliyeti</w:t>
            </w:r>
          </w:p>
        </w:tc>
      </w:tr>
      <w:tr>
        <w:trPr>
          <w:cantSplit/>
          <w:trHeight w:val="249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3. Yedeklilik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05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Bir yapının şok ve stres karşısında işlevini sürdürme gücü</w:t>
            </w:r>
          </w:p>
        </w:tc>
      </w:tr>
      <w:tr>
        <w:trPr>
          <w:cantSplit/>
          <w:trHeight w:val="249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4. Esneklik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05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Toplumun tüm paydaşlarının politikalara aktif katılımı ve uyumu</w:t>
            </w:r>
          </w:p>
        </w:tc>
      </w:tr>
      <w:tr>
        <w:trPr>
          <w:cantSplit/>
          <w:trHeight w:val="249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5. Kapsayıcılık ve entegrasyon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05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Öngörülemeyen afette acil durum kaynağının devreye alınması; yedek kapasite</w:t>
            </w:r>
          </w:p>
        </w:tc>
      </w:tr>
      <w:tr>
        <w:trPr>
          <w:cantSplit/>
          <w:trHeight w:val="249" w:hRule="atLeast"/>
        </w:trPr>
        <w:tc>
          <w:tcPr>
            <w:tcW w:w="2494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6. Kaynaklara sahip olma</w:t>
            </w:r>
          </w:p>
        </w:tc>
        <w:tc>
          <w:tcPr>
            <w:tcW w:w="510" w:type="dxa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(   )</w:t>
            </w:r>
          </w:p>
        </w:tc>
        <w:tc>
          <w:tcPr>
            <w:tcW w:w="705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Geçmiş alışkanlıkları bırakıp olayın gereklerine göre süreci yönetme, sürekli gelişmeyi önceleme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7.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Türkiye ve Japonya'da tsunami sonrası çalışmaları karşılaştırınız; metinde bilgi yoksa 'yok' yazınız (s. 182-183).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515"/>
        <w:gridCol w:w="3274"/>
        <w:gridCol w:w="3274"/>
      </w:tblGrid>
      <w:tr>
        <w:trPr>
          <w:cantSplit/>
          <w:tblHeader/>
        </w:trPr>
        <w:tc>
          <w:tcPr>
            <w:tcW w:w="3515" w:type="dxa"/>
            <w:shd w:val="clear" w:color="auto" w:fill="EDEDED"/>
          </w:tcPr>
          <w:p>
            <w:pPr>
              <w:jc w:val="left"/>
            </w:pPr>
          </w:p>
        </w:tc>
        <w:tc>
          <w:tcPr>
            <w:tcW w:w="3274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Türkiye</w:t>
            </w:r>
          </w:p>
        </w:tc>
        <w:tc>
          <w:tcPr>
            <w:tcW w:w="3274" w:type="dxa"/>
            <w:shd w:val="clear" w:color="auto" w:fill="EDEDED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4F4F4F"/>
                <w:sz w:val="15"/>
              </w:rPr>
              <w:t>Japonya</w:t>
            </w:r>
          </w:p>
        </w:tc>
      </w:tr>
      <w:tr>
        <w:trPr>
          <w:cantSplit/>
          <w:trHeight w:val="23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Örnek tsunami (yıl, depremin büyüklüğü)</w:t>
            </w:r>
          </w:p>
        </w:tc>
        <w:tc>
          <w:tcPr>
            <w:tcW w:w="3274" w:type="dxa"/>
          </w:tcPr>
          <w:p>
            <w:pPr>
              <w:jc w:val="left"/>
            </w:pPr>
          </w:p>
        </w:tc>
        <w:tc>
          <w:tcPr>
            <w:tcW w:w="3274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Uyarı ve izleme çalışması</w:t>
            </w:r>
          </w:p>
        </w:tc>
        <w:tc>
          <w:tcPr>
            <w:tcW w:w="3274" w:type="dxa"/>
          </w:tcPr>
          <w:p>
            <w:pPr>
              <w:jc w:val="left"/>
            </w:pPr>
          </w:p>
        </w:tc>
        <w:tc>
          <w:tcPr>
            <w:tcW w:w="3274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Baskın alanları ve halka bildirimi</w:t>
            </w:r>
          </w:p>
        </w:tc>
        <w:tc>
          <w:tcPr>
            <w:tcW w:w="3274" w:type="dxa"/>
          </w:tcPr>
          <w:p>
            <w:pPr>
              <w:jc w:val="left"/>
            </w:pPr>
          </w:p>
        </w:tc>
        <w:tc>
          <w:tcPr>
            <w:tcW w:w="3274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Kıyıda yapısal önlem</w:t>
            </w:r>
          </w:p>
        </w:tc>
        <w:tc>
          <w:tcPr>
            <w:tcW w:w="3274" w:type="dxa"/>
          </w:tcPr>
          <w:p>
            <w:pPr>
              <w:jc w:val="left"/>
            </w:pPr>
          </w:p>
        </w:tc>
        <w:tc>
          <w:tcPr>
            <w:tcW w:w="3274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Farkındalık çalışması</w:t>
            </w:r>
          </w:p>
        </w:tc>
        <w:tc>
          <w:tcPr>
            <w:tcW w:w="3274" w:type="dxa"/>
          </w:tcPr>
          <w:p>
            <w:pPr>
              <w:jc w:val="left"/>
            </w:pPr>
          </w:p>
        </w:tc>
        <w:tc>
          <w:tcPr>
            <w:tcW w:w="3274" w:type="dxa"/>
          </w:tcPr>
          <w:p>
            <w:pPr>
              <w:jc w:val="left"/>
            </w:pPr>
          </w:p>
        </w:tc>
      </w:tr>
    </w:tbl>
    <w:p>
      <w:pPr>
        <w:keepNext/>
        <w:pageBreakBefore/>
        <w:tabs>
          <w:tab w:pos="312" w:val="left"/>
        </w:tabs>
        <w:spacing w:before="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8.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İfade doğruysa D, yanlışsa Y işaretleyiniz (s. 180).</w:t>
      </w:r>
    </w:p>
    <w:tbl>
      <w:tblPr>
        <w:tblStyle w:val="TableGrid"/>
        <w:tblW w:w="100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082"/>
        <w:gridCol w:w="950"/>
        <w:gridCol w:w="4082"/>
        <w:gridCol w:w="950"/>
      </w:tblGrid>
      <w:tr>
        <w:trPr>
          <w:cantSplit/>
          <w:trHeight w:val="249" w:hRule="atLeast"/>
        </w:trPr>
        <w:tc>
          <w:tcPr>
            <w:tcW w:w="408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Dirençli şehirler yalnız doğal afetlere karşı hazır olan şehirlerdir.</w:t>
            </w:r>
          </w:p>
        </w:tc>
        <w:tc>
          <w:tcPr>
            <w:tcW w:w="95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  <w:tc>
          <w:tcPr>
            <w:tcW w:w="408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Plansız şehirleşme ve ekolojik dengenin bozulması afetlerin oluşmasına neden olmuştur.</w:t>
            </w:r>
          </w:p>
        </w:tc>
        <w:tc>
          <w:tcPr>
            <w:tcW w:w="95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</w:tr>
      <w:tr>
        <w:trPr>
          <w:cantSplit/>
          <w:trHeight w:val="249" w:hRule="atLeast"/>
        </w:trPr>
        <w:tc>
          <w:tcPr>
            <w:tcW w:w="408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OECD'nin pilot şehirleri arasında Antalya ve Bursa vardır.</w:t>
            </w:r>
          </w:p>
        </w:tc>
        <w:tc>
          <w:tcPr>
            <w:tcW w:w="95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  <w:tc>
          <w:tcPr>
            <w:tcW w:w="408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Dirençlilik; hazırlıklı olmayı, uyum sağlamayı ve kurtulmayı içeren bir plan döngüsüdür.</w:t>
            </w:r>
          </w:p>
        </w:tc>
        <w:tc>
          <w:tcPr>
            <w:tcW w:w="95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</w:tr>
      <w:tr>
        <w:trPr>
          <w:cantSplit/>
          <w:trHeight w:val="249" w:hRule="atLeast"/>
        </w:trPr>
        <w:tc>
          <w:tcPr>
            <w:tcW w:w="408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Dirençli Şehirler Raporu 2016'da hazırlanmıştır.</w:t>
            </w:r>
          </w:p>
        </w:tc>
        <w:tc>
          <w:tcPr>
            <w:tcW w:w="95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  <w:tc>
          <w:tcPr>
            <w:tcW w:w="408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f)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Yedek kapasitenin hizmet sağlayıcı olarak görev yapması esneklik özelliğidir.</w:t>
            </w:r>
          </w:p>
        </w:tc>
        <w:tc>
          <w:tcPr>
            <w:tcW w:w="95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</w:tr>
      <w:tr>
        <w:trPr>
          <w:cantSplit/>
          <w:trHeight w:val="249" w:hRule="atLeast"/>
        </w:trPr>
        <w:tc>
          <w:tcPr>
            <w:tcW w:w="408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Direnç kavramı yalnız kentleşme disiplininde kullanılır.</w:t>
            </w:r>
          </w:p>
        </w:tc>
        <w:tc>
          <w:tcPr>
            <w:tcW w:w="95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  <w:tc>
          <w:tcPr>
            <w:tcW w:w="408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Yaşam alanı, insanların ve kentlerin işlevlerini yerine getirmek için gereksinim duydukları alandır.</w:t>
            </w:r>
          </w:p>
        </w:tc>
        <w:tc>
          <w:tcPr>
            <w:tcW w:w="95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☐D ☐Y</w:t>
            </w:r>
          </w:p>
        </w:tc>
      </w:tr>
    </w:tbl>
    <w:p>
      <w:pPr>
        <w:keepNext/>
        <w:pageBreakBefore w:val="0"/>
        <w:tabs>
          <w:tab w:pos="10545" w:val="right"/>
        </w:tabs>
        <w:spacing w:before="8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3 · Afetlerden Korunma</w:t>
      </w:r>
      <w:r>
        <w:rPr>
          <w:rFonts w:ascii="Calibri" w:hAnsi="Calibri"/>
          <w:b w:val="0"/>
          <w:i w:val="0"/>
          <w:color w:val="767676"/>
          <w:sz w:val="17"/>
        </w:rPr>
        <w:tab/>
        <w:t>28-29. hafta · COĞ.10.6.3 · Kitap s. 185-189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9.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Çalışmanın türünü işaretleyiniz. T: tehlike ve risk belirleme · E: tahmin ve erken uyarı · F: fiziksel ve yapısal zarar azaltma · Y: yapısal olmayan riskleri azaltma (s. 185-187)</w:t>
      </w:r>
    </w:p>
    <w:tbl>
      <w:tblPr>
        <w:tblStyle w:val="TableGrid"/>
        <w:tblW w:w="100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402"/>
        <w:gridCol w:w="1630"/>
        <w:gridCol w:w="3402"/>
        <w:gridCol w:w="1630"/>
      </w:tblGrid>
      <w:tr>
        <w:trPr>
          <w:cantSplit/>
          <w:trHeight w:val="249" w:hRule="atLeast"/>
        </w:trPr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Fay, kıyı ve dik yamaçlara göre yerleşmenin tehlikelerini saptama</w:t>
            </w:r>
          </w:p>
        </w:tc>
        <w:tc>
          <w:tcPr>
            <w:tcW w:w="163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☐T ☐E ☐F ☐Y</w:t>
            </w:r>
          </w:p>
        </w:tc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Heyelan riskli yamaçlarda istinat duvarı</w:t>
            </w:r>
          </w:p>
        </w:tc>
        <w:tc>
          <w:tcPr>
            <w:tcW w:w="163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☐T ☐E ☐F ☐Y</w:t>
            </w:r>
          </w:p>
        </w:tc>
      </w:tr>
      <w:tr>
        <w:trPr>
          <w:cantSplit/>
          <w:trHeight w:val="249" w:hRule="atLeast"/>
        </w:trPr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Japonya'da J-Alert sistemi</w:t>
            </w:r>
          </w:p>
        </w:tc>
        <w:tc>
          <w:tcPr>
            <w:tcW w:w="163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☐T ☐E ☐F ☐Y</w:t>
            </w:r>
          </w:p>
        </w:tc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Depreme dayanıksız binaların güçlendirilmesi</w:t>
            </w:r>
          </w:p>
        </w:tc>
        <w:tc>
          <w:tcPr>
            <w:tcW w:w="163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☐T ☐E ☐F ☐Y</w:t>
            </w:r>
          </w:p>
        </w:tc>
      </w:tr>
      <w:tr>
        <w:trPr>
          <w:cantSplit/>
          <w:trHeight w:val="249" w:hRule="atLeast"/>
        </w:trPr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Hindistan'da su baskını uyarı sistemi (FLEWS)</w:t>
            </w:r>
          </w:p>
        </w:tc>
        <w:tc>
          <w:tcPr>
            <w:tcW w:w="163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☐T ☐E ☐F ☐Y</w:t>
            </w:r>
          </w:p>
        </w:tc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f)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Büyük eşyaların duvara sabitlenmesi</w:t>
            </w:r>
          </w:p>
        </w:tc>
        <w:tc>
          <w:tcPr>
            <w:tcW w:w="163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☐T ☐E ☐F ☐Y</w:t>
            </w:r>
          </w:p>
        </w:tc>
      </w:tr>
      <w:tr>
        <w:trPr>
          <w:cantSplit/>
          <w:trHeight w:val="249" w:hRule="atLeast"/>
        </w:trPr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Akarsu yatağında taşkını önleme amaçlı ıslah</w:t>
            </w:r>
          </w:p>
        </w:tc>
        <w:tc>
          <w:tcPr>
            <w:tcW w:w="163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☐T ☐E ☐F ☐Y</w:t>
            </w:r>
          </w:p>
        </w:tc>
        <w:tc>
          <w:tcPr>
            <w:tcW w:w="3402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Yatak ve koltukların pencere önüne konulmaması</w:t>
            </w:r>
          </w:p>
        </w:tc>
        <w:tc>
          <w:tcPr>
            <w:tcW w:w="163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☐T ☐E ☐F ☐Y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10.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Evimiz depreme hazır mı? Listeyi ailenle incele, E (evet) ya da H (hayır) işaretle. Sonuçlar okula verilmez (s. 187).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294"/>
        <w:gridCol w:w="737"/>
        <w:gridCol w:w="4294"/>
        <w:gridCol w:w="737"/>
      </w:tblGrid>
      <w:tr>
        <w:trPr>
          <w:cantSplit/>
          <w:trHeight w:val="249" w:hRule="atLeast"/>
        </w:trPr>
        <w:tc>
          <w:tcPr>
            <w:tcW w:w="429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Büyük, yüksek ve ağır eşyalar duvara sağlam biçimde sabitlendi.</w:t>
            </w:r>
          </w:p>
        </w:tc>
        <w:tc>
          <w:tcPr>
            <w:tcW w:w="73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☐E ☐H</w:t>
            </w:r>
          </w:p>
        </w:tc>
        <w:tc>
          <w:tcPr>
            <w:tcW w:w="429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Açık raflarda ağır ve sert cisim yok.</w:t>
            </w:r>
          </w:p>
        </w:tc>
        <w:tc>
          <w:tcPr>
            <w:tcW w:w="73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☐E ☐H</w:t>
            </w:r>
          </w:p>
        </w:tc>
      </w:tr>
      <w:tr>
        <w:trPr>
          <w:cantSplit/>
          <w:trHeight w:val="249" w:hRule="atLeast"/>
        </w:trPr>
        <w:tc>
          <w:tcPr>
            <w:tcW w:w="429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Yataklar ve koltuklar pencerelerin önünde değil.</w:t>
            </w:r>
          </w:p>
        </w:tc>
        <w:tc>
          <w:tcPr>
            <w:tcW w:w="73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☐E ☐H</w:t>
            </w:r>
          </w:p>
        </w:tc>
        <w:tc>
          <w:tcPr>
            <w:tcW w:w="429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Tekerlekli eşyalar sabitlendi.</w:t>
            </w:r>
          </w:p>
        </w:tc>
        <w:tc>
          <w:tcPr>
            <w:tcW w:w="73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☐E ☐H</w:t>
            </w:r>
          </w:p>
        </w:tc>
      </w:tr>
      <w:tr>
        <w:trPr>
          <w:cantSplit/>
          <w:trHeight w:val="249" w:hRule="atLeast"/>
        </w:trPr>
        <w:tc>
          <w:tcPr>
            <w:tcW w:w="429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Afet ve acil durum çantamız hazır, yerini biliyoruz.</w:t>
            </w:r>
          </w:p>
        </w:tc>
        <w:tc>
          <w:tcPr>
            <w:tcW w:w="73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☐E ☐H</w:t>
            </w:r>
          </w:p>
        </w:tc>
        <w:tc>
          <w:tcPr>
            <w:tcW w:w="429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Mahallemizdeki acil durum toplanma alanını biliyoruz.</w:t>
            </w:r>
          </w:p>
        </w:tc>
        <w:tc>
          <w:tcPr>
            <w:tcW w:w="73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☐E ☐H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11.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Çalışma yaprağı: Afete Dirençli Toplum ve Afete Dirençli Yaşam Alanı kavramlarını kullanarak yaşadığın yerde riski yüksek afet türüne okulunun hazır olması için yapılması gerekenleri anlatan kısa bir metin yaz (s. 188-189).</w:t>
      </w:r>
    </w:p>
    <w:p>
      <w:pPr>
        <w:keepNext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 w:val="0"/>
        <w:tabs>
          <w:tab w:pos="10517" w:val="right" w:leader="dot"/>
        </w:tabs>
        <w:spacing w:before="64" w:after="0"/>
        <w:ind w:left="312" w:firstLine="0"/>
      </w:pPr>
      <w:r>
        <w:rPr>
          <w:rFonts w:ascii="Calibri" w:hAnsi="Calibri"/>
          <w:b w:val="0"/>
          <w:i w:val="0"/>
          <w:color w:val="767676"/>
          <w:sz w:val="17"/>
        </w:rPr>
        <w:tab/>
      </w:r>
    </w:p>
    <w:p>
      <w:pPr>
        <w:keepNext/>
        <w:pageBreakBefore w:val="0"/>
        <w:tabs>
          <w:tab w:pos="10545" w:val="right"/>
        </w:tabs>
        <w:spacing w:before="8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BÖLÜM 4 · Afet Bilinci</w:t>
      </w:r>
      <w:r>
        <w:rPr>
          <w:rFonts w:ascii="Calibri" w:hAnsi="Calibri"/>
          <w:b w:val="0"/>
          <w:i w:val="0"/>
          <w:color w:val="767676"/>
          <w:sz w:val="17"/>
        </w:rPr>
        <w:tab/>
        <w:t>30-31. hafta · COĞ.10.6.4 · Kitap s. 190-195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12.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Kitaba göre sınıflandırınız. H: afete hazırlık unsuru · B: afet bilincinin oluşum adımı · K: afet bilinci kazanmış toplumun koordineli hareket ettiği süreç (s. 190)</w:t>
      </w:r>
    </w:p>
    <w:tbl>
      <w:tblPr>
        <w:tblStyle w:val="TableGrid"/>
        <w:tblW w:w="10064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515"/>
        <w:gridCol w:w="1517"/>
        <w:gridCol w:w="3515"/>
        <w:gridCol w:w="1517"/>
      </w:tblGrid>
      <w:tr>
        <w:trPr>
          <w:cantSplit/>
          <w:trHeight w:val="249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Ekipman ve malzemelerin stoklanması</w:t>
            </w:r>
          </w:p>
        </w:tc>
        <w:tc>
          <w:tcPr>
            <w:tcW w:w="151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☐H ☐B ☐K</w:t>
            </w:r>
          </w:p>
        </w:tc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d)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İletişim stratejileri</w:t>
            </w:r>
          </w:p>
        </w:tc>
        <w:tc>
          <w:tcPr>
            <w:tcW w:w="151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☐H ☐B ☐K</w:t>
            </w:r>
          </w:p>
        </w:tc>
      </w:tr>
      <w:tr>
        <w:trPr>
          <w:cantSplit/>
          <w:trHeight w:val="249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b)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Koordinasyon</w:t>
            </w:r>
          </w:p>
        </w:tc>
        <w:tc>
          <w:tcPr>
            <w:tcW w:w="151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☐H ☐B ☐K</w:t>
            </w:r>
          </w:p>
        </w:tc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e)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Toplumsal katılım</w:t>
            </w:r>
          </w:p>
        </w:tc>
        <w:tc>
          <w:tcPr>
            <w:tcW w:w="151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☐H ☐B ☐K</w:t>
            </w:r>
          </w:p>
        </w:tc>
      </w:tr>
      <w:tr>
        <w:trPr>
          <w:cantSplit/>
          <w:trHeight w:val="249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c)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Eğitim ve saha tatbikatları</w:t>
            </w:r>
          </w:p>
        </w:tc>
        <w:tc>
          <w:tcPr>
            <w:tcW w:w="151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☐H ☐B ☐K</w:t>
            </w:r>
          </w:p>
        </w:tc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f)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Hayat kurtarma</w:t>
            </w:r>
          </w:p>
        </w:tc>
        <w:tc>
          <w:tcPr>
            <w:tcW w:w="151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☐H ☐B ☐K</w:t>
            </w:r>
          </w:p>
        </w:tc>
      </w:tr>
      <w:tr>
        <w:trPr>
          <w:cantSplit/>
          <w:trHeight w:val="249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Afet çantası hazırlama</w:t>
            </w:r>
          </w:p>
        </w:tc>
        <w:tc>
          <w:tcPr>
            <w:tcW w:w="151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☐H ☐B ☐K</w:t>
            </w:r>
          </w:p>
        </w:tc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g)</w:t>
            </w: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 xml:space="preserve"> Toplumsal dayanışmanın sağlanması</w:t>
            </w:r>
          </w:p>
        </w:tc>
        <w:tc>
          <w:tcPr>
            <w:tcW w:w="151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☐H ☐B ☐K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13.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Öğrenci topluluğumuzun planı (s. 191, 2. adım 1-6).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118"/>
        <w:gridCol w:w="6945"/>
      </w:tblGrid>
      <w:tr>
        <w:trPr>
          <w:cantSplit/>
          <w:trHeight w:val="238" w:hRule="atLeast"/>
        </w:trPr>
        <w:tc>
          <w:tcPr>
            <w:tcW w:w="311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Çalışma alanı</w:t>
            </w:r>
          </w:p>
        </w:tc>
        <w:tc>
          <w:tcPr>
            <w:tcW w:w="6945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11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Kuruluş amaçları</w:t>
            </w:r>
          </w:p>
        </w:tc>
        <w:tc>
          <w:tcPr>
            <w:tcW w:w="6945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11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Topluluğun adı</w:t>
            </w:r>
          </w:p>
        </w:tc>
        <w:tc>
          <w:tcPr>
            <w:tcW w:w="6945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11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Görev dağılımı</w:t>
            </w:r>
          </w:p>
        </w:tc>
        <w:tc>
          <w:tcPr>
            <w:tcW w:w="6945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118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Seminerin konusu ve hedef kitlesi</w:t>
            </w:r>
          </w:p>
        </w:tc>
        <w:tc>
          <w:tcPr>
            <w:tcW w:w="6945" w:type="dxa"/>
          </w:tcPr>
          <w:p>
            <w:pPr>
              <w:jc w:val="left"/>
            </w:pP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14.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Aile afet ve acil durum planı: ailenle konuştuğunuz başlıkları işaretle. Adres, telefon, sağlık bilgisi buraya YAZILMAZ; plan evde kalır (s. 191, 2. adım 8).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014"/>
        <w:gridCol w:w="340"/>
        <w:gridCol w:w="3014"/>
        <w:gridCol w:w="340"/>
        <w:gridCol w:w="3014"/>
        <w:gridCol w:w="340"/>
      </w:tblGrid>
      <w:tr>
        <w:trPr>
          <w:cantSplit/>
          <w:trHeight w:val="249" w:hRule="atLeast"/>
        </w:trPr>
        <w:tc>
          <w:tcPr>
            <w:tcW w:w="301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Mahallemizdeki acil durum toplanma alanı</w:t>
            </w:r>
          </w:p>
        </w:tc>
        <w:tc>
          <w:tcPr>
            <w:tcW w:w="34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301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Ailece buluşma yeri</w:t>
            </w:r>
          </w:p>
        </w:tc>
        <w:tc>
          <w:tcPr>
            <w:tcW w:w="34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301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Afet anında iletişim yolu</w:t>
            </w:r>
          </w:p>
        </w:tc>
        <w:tc>
          <w:tcPr>
            <w:tcW w:w="34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</w:tr>
      <w:tr>
        <w:trPr>
          <w:cantSplit/>
          <w:trHeight w:val="249" w:hRule="atLeast"/>
        </w:trPr>
        <w:tc>
          <w:tcPr>
            <w:tcW w:w="301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Çantanın yeri ve sorumlusu</w:t>
            </w:r>
          </w:p>
        </w:tc>
        <w:tc>
          <w:tcPr>
            <w:tcW w:w="34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301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Evde güvenli yerler ve çıkış yolu</w:t>
            </w:r>
          </w:p>
        </w:tc>
        <w:tc>
          <w:tcPr>
            <w:tcW w:w="34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  <w:tc>
          <w:tcPr>
            <w:tcW w:w="301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Evdeki yapısal olmayan riskler</w:t>
            </w:r>
          </w:p>
        </w:tc>
        <w:tc>
          <w:tcPr>
            <w:tcW w:w="340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☐</w:t>
            </w:r>
          </w:p>
        </w:tc>
      </w:tr>
    </w:tbl>
    <w:p>
      <w:pPr>
        <w:keepNext/>
        <w:tabs>
          <w:tab w:pos="312" w:val="left"/>
        </w:tabs>
        <w:spacing w:before="5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15.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Performans çalışması: karşılaştırma tablomun planı (s. 193).</w:t>
      </w:r>
    </w:p>
    <w:tbl>
      <w:tblPr>
        <w:tblStyle w:val="TableGrid"/>
        <w:tblW w:w="10063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3515"/>
        <w:gridCol w:w="6548"/>
      </w:tblGrid>
      <w:tr>
        <w:trPr>
          <w:cantSplit/>
          <w:trHeight w:val="23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Afet türü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Ülkeler (en az iki)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Karşılaştıracağım uygulamalar (3-5 ölçüt)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  <w:tr>
        <w:trPr>
          <w:cantSplit/>
          <w:trHeight w:val="238" w:hRule="atLeast"/>
        </w:trPr>
        <w:tc>
          <w:tcPr>
            <w:tcW w:w="3515" w:type="dxa"/>
          </w:tcPr>
          <w:p>
            <w:pPr>
              <w:jc w:val="left"/>
            </w:pPr>
            <w:r>
              <w:rPr>
                <w:rFonts w:ascii="Calibri" w:hAnsi="Calibri"/>
                <w:b/>
                <w:i w:val="0"/>
                <w:color w:val="262626"/>
                <w:sz w:val="16"/>
              </w:rPr>
              <w:t>Kaynaklarım</w:t>
            </w:r>
          </w:p>
        </w:tc>
        <w:tc>
          <w:tcPr>
            <w:tcW w:w="6548" w:type="dxa"/>
          </w:tcPr>
          <w:p>
            <w:pPr>
              <w:jc w:val="left"/>
            </w:pPr>
          </w:p>
        </w:tc>
      </w:tr>
    </w:tbl>
    <w:p>
      <w:pPr>
        <w:keepNext/>
        <w:pageBreakBefore w:val="0"/>
        <w:tabs>
          <w:tab w:pos="10545" w:val="right"/>
        </w:tabs>
        <w:spacing w:before="80" w:after="60"/>
        <w:pBdr>
          <w:bottom w:val="single" w:sz="8" w:space="1" w:color="FCC021"/>
        </w:pBdr>
      </w:pPr>
      <w:r>
        <w:rPr>
          <w:rFonts w:ascii="Calibri" w:hAnsi="Calibri"/>
          <w:b/>
          <w:i w:val="0"/>
          <w:color w:val="2C6696"/>
          <w:sz w:val="23"/>
        </w:rPr>
        <w:t>ÖZ DEĞERLENDİRME</w:t>
      </w:r>
      <w:r>
        <w:rPr>
          <w:rFonts w:ascii="Calibri" w:hAnsi="Calibri"/>
          <w:b w:val="0"/>
          <w:i w:val="0"/>
          <w:color w:val="767676"/>
          <w:sz w:val="17"/>
        </w:rPr>
        <w:tab/>
        <w:t>32. hafta · ünite sonu</w:t>
      </w:r>
    </w:p>
    <w:p>
      <w:pPr>
        <w:keepNext/>
        <w:tabs>
          <w:tab w:pos="312" w:val="left"/>
        </w:tabs>
        <w:spacing w:before="20" w:after="30"/>
        <w:ind w:left="312" w:hanging="312"/>
      </w:pPr>
      <w:r>
        <w:rPr>
          <w:rFonts w:ascii="Calibri" w:hAnsi="Calibri"/>
          <w:b/>
          <w:i w:val="0"/>
          <w:color w:val="2C6696"/>
          <w:sz w:val="17"/>
        </w:rPr>
        <w:t>16.</w:t>
      </w:r>
      <w:r>
        <w:rPr>
          <w:rFonts w:ascii="Calibri" w:hAnsi="Calibri"/>
          <w:b w:val="0"/>
          <w:i w:val="0"/>
          <w:color w:val="262626"/>
          <w:sz w:val="17"/>
        </w:rPr>
        <w:tab/>
      </w:r>
      <w:r>
        <w:rPr>
          <w:rFonts w:ascii="Calibri" w:hAnsi="Calibri"/>
          <w:b w:val="0"/>
          <w:i w:val="0"/>
          <w:color w:val="262626"/>
          <w:sz w:val="17"/>
        </w:rPr>
        <w:t>Kendini değerlendir: E (evet) · K (kısmen) · H (henüz değil).</w:t>
      </w:r>
    </w:p>
    <w:tbl>
      <w:tblPr>
        <w:tblStyle w:val="TableGrid"/>
        <w:tblW w:w="10062" w:type="dxa"/>
        <w:jc w:val="left"/>
        <w:tblLook w:firstColumn="1" w:firstRow="1" w:lastColumn="0" w:lastRow="0" w:noHBand="0" w:noVBand="1" w:val="04A0"/>
        <w:tblLayout w:type="fixed"/>
        <w:tblCellMar>
          <w:top w:w="20" w:type="dxa"/>
          <w:left w:w="57" w:type="dxa"/>
          <w:bottom w:w="20" w:type="dxa"/>
          <w:right w:w="57" w:type="dxa"/>
        </w:tblCellMar>
        <w:tblInd w:w="311" w:type="dxa"/>
      </w:tblPr>
      <w:tblGrid>
        <w:gridCol w:w="4124"/>
        <w:gridCol w:w="907"/>
        <w:gridCol w:w="4124"/>
        <w:gridCol w:w="907"/>
      </w:tblGrid>
      <w:tr>
        <w:trPr>
          <w:cantSplit/>
        </w:trPr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Afetlerle mücadelede farklı ülkelerin iyi uygulama örneklerini karşılaştırabiliyorum.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E  K  H</w:t>
            </w:r>
          </w:p>
        </w:tc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Afete dirençli yaşam alanının altı özelliğini örnekle açıklayabiliyorum.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E  K  H</w:t>
            </w:r>
          </w:p>
        </w:tc>
      </w:tr>
      <w:tr>
        <w:trPr>
          <w:cantSplit/>
        </w:trPr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Yaşadığım yerin özelliklerine göre afetlerden korunma uygulaması seçebiliyorum.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E  K  H</w:t>
            </w:r>
          </w:p>
        </w:tc>
        <w:tc>
          <w:tcPr>
            <w:tcW w:w="4124" w:type="dxa"/>
          </w:tcPr>
          <w:p>
            <w:pPr>
              <w:jc w:val="left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Afet bilincinin bana, aileme ve topluma faydalarını açıklayabiliyorum.</w:t>
            </w:r>
          </w:p>
        </w:tc>
        <w:tc>
          <w:tcPr>
            <w:tcW w:w="907" w:type="dxa"/>
            <w:shd w:val="clear" w:color="auto" w:fill="F7F7F7"/>
          </w:tcPr>
          <w:p>
            <w:pPr>
              <w:jc w:val="center"/>
            </w:pPr>
            <w:r>
              <w:rPr>
                <w:rFonts w:ascii="Calibri" w:hAnsi="Calibri"/>
                <w:b w:val="0"/>
                <w:i w:val="0"/>
                <w:color w:val="262626"/>
                <w:sz w:val="16"/>
              </w:rPr>
              <w:t>E  K  H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454" w:right="680" w:bottom="454" w:left="680" w:header="283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Calibri" w:hAnsi="Calibri"/>
        <w:b w:val="0"/>
        <w:i w:val="0"/>
        <w:color w:val="767676"/>
        <w:sz w:val="16"/>
      </w:rPr>
      <w:t xml:space="preserve">GNL-COG10-CK-U6 · 10. Sınıf Coğrafya · 6. Ünite · 2026-2027  ·  Kaynak: Coğrafya 10. Sınıf Ders Kitabı (MEB Yayınları, 2026)  ·  Sayfa </w:t>
    </w:r>
    <w:fldSimple w:instr="PAGE">
      <w:r>
        <w:rPr>
          <w:sz w:val="16"/>
        </w:rPr>
        <w:t>1</w:t>
      </w:r>
    </w:fldSimple>
    <w:r>
      <w:rPr>
        <w:rFonts w:ascii="Calibri" w:hAnsi="Calibri"/>
        <w:b w:val="0"/>
        <w:i w:val="0"/>
        <w:color w:val="767676"/>
        <w:sz w:val="16"/>
      </w:rPr>
      <w:t xml:space="preserve"> / </w:t>
    </w:r>
    <w:fldSimple w:instr="NUMPAGES">
      <w:r>
        <w:t>2</w:t>
      </w:r>
    </w:fldSimple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before="0" w:after="0" w:line="240" w:lineRule="auto"/>
    </w:pPr>
    <w:rPr>
      <w:rFonts w:ascii="Calibri" w:hAnsi="Calibri" w:cs="Calibri" w:eastAsia="Calibri"/>
      <w:color w:val="262626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GNL-COG10-CK-U6 · 6. Ünite: Afetler ve Sürdürülebilir Çevre — Çalışma Kâğıdı</dc:title>
  <dc:subject>10. Sınıf Coğrafya çalışma kâğıdı. Kaynak: Coğrafya 10. Sınıf Ders Kitabı (MEB Yayınları, 2026). okulapp.org/cografya</dc:subject>
  <dc:creator>okulapp.org</dc:creator>
  <cp:keywords/>
  <dc:description>Kitaptan alınan metin, soru ve görsellerin hakları MEB'e aittir (5846 sayılı Kanun md. 34 kapsamında kaynak gösterilerek alıntı). Özgün katkılar CC BY 4.0 — okulapp.org</dc:description>
  <cp:lastModifiedBy>okulapp.org</cp:lastModifiedBy>
  <cp:revision>1</cp:revision>
  <dcterms:created xsi:type="dcterms:W3CDTF">2013-12-23T23:15:00Z</dcterms:created>
  <dcterms:modified xsi:type="dcterms:W3CDTF">2013-12-23T23:15:00Z</dcterms:modified>
  <cp:category>Ders materyali</cp:category>
  <dc:language>tr-TR</dc:language>
</cp:coreProperties>
</file>