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ayout w:type="fixed"/>
        <w:tblLook w:firstColumn="1" w:firstRow="1" w:lastColumn="0" w:lastRow="0" w:noHBand="0" w:noVBand="1" w:val="04A0"/>
        <w:tblW w:w="10545" w:type="dxa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7030"/>
        <w:gridCol w:w="3515"/>
      </w:tblGrid>
      <w:tr>
        <w:tc>
          <w:tcPr>
            <w:tcW w:w="7030" w:type="dxa"/>
          </w:tcPr>
          <w:p>
            <w:r>
              <w:rPr>
                <w:rFonts w:ascii="Calibri" w:hAnsi="Calibri"/>
                <w:b/>
                <w:i w:val="0"/>
                <w:color w:val="4F4F4F"/>
                <w:sz w:val="18"/>
              </w:rPr>
              <w:t>10. SINIF COĞRAFYA · ÇALIŞMA KÂĞIDI</w:t>
            </w:r>
          </w:p>
        </w:tc>
        <w:tc>
          <w:tcPr>
            <w:tcW w:w="3515" w:type="dxa"/>
          </w:tcPr>
          <w:p>
            <w:pPr>
              <w:jc w:val="right"/>
            </w:pPr>
            <w:r>
              <w:rPr>
                <w:rFonts w:ascii="Calibri" w:hAnsi="Calibri"/>
                <w:b w:val="0"/>
                <w:i w:val="0"/>
                <w:color w:val="767676"/>
                <w:sz w:val="17"/>
              </w:rPr>
              <w:t>GNL-COG10-CK-U7 · 2026-2027</w:t>
            </w:r>
          </w:p>
        </w:tc>
      </w:tr>
    </w:tbl>
    <w:p>
      <w:pPr>
        <w:keepNext w:val="0"/>
        <w:spacing w:before="20" w:after="60"/>
        <w:pBdr>
          <w:bottom w:val="single" w:sz="16" w:space="2" w:color="FCC021"/>
        </w:pBdr>
      </w:pPr>
      <w:r>
        <w:rPr>
          <w:rFonts w:ascii="Calibri" w:hAnsi="Calibri"/>
          <w:b/>
          <w:i w:val="0"/>
          <w:color w:val="2C6696"/>
          <w:sz w:val="30"/>
        </w:rPr>
        <w:t>7. Ünite: Bölgeler, Ülkeler ve Küresel Bağlantılar</w:t>
      </w:r>
    </w:p>
    <w:p>
      <w:pPr>
        <w:keepNext w:val="0"/>
        <w:tabs>
          <w:tab w:pos="5443" w:val="left"/>
          <w:tab w:pos="8277" w:val="left"/>
        </w:tabs>
        <w:spacing w:before="100" w:after="40"/>
      </w:pPr>
      <w:r>
        <w:rPr>
          <w:rFonts w:ascii="Calibri" w:hAnsi="Calibri"/>
          <w:b w:val="0"/>
          <w:i w:val="0"/>
          <w:color w:val="262626"/>
          <w:sz w:val="19"/>
        </w:rPr>
        <w:t>Adı Soyadı: ……………………………………………</w:t>
        <w:tab/>
        <w:t>Sınıf/No: ……………</w:t>
        <w:tab/>
        <w:t>Tarih: ……/……/20……</w:t>
      </w:r>
    </w:p>
    <w:p>
      <w:pPr>
        <w:keepNext w:val="0"/>
        <w:spacing w:before="20" w:after="0"/>
      </w:pPr>
      <w:r>
        <w:rPr>
          <w:rFonts w:ascii="Calibri" w:hAnsi="Calibri"/>
          <w:b w:val="0"/>
          <w:i/>
          <w:color w:val="767676"/>
          <w:sz w:val="15"/>
        </w:rPr>
        <w:t>Konu tekrarı içindir, not verilmez. Her maddeyi ilgili haftanın dersinden sonra çöz; sayfa numaraları 10. Sınıf Coğrafya Ders Kitabı'ndandır.</w:t>
      </w:r>
    </w:p>
    <w:p>
      <w:pPr>
        <w:keepNext/>
        <w:pageBreakBefore w:val="0"/>
        <w:tabs>
          <w:tab w:pos="10545" w:val="right"/>
        </w:tabs>
        <w:spacing w:before="6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1 · Türk Kültürünün Ocağı ve Yayılışı</w:t>
      </w:r>
      <w:r>
        <w:rPr>
          <w:rFonts w:ascii="Calibri" w:hAnsi="Calibri"/>
          <w:b w:val="0"/>
          <w:i w:val="0"/>
          <w:color w:val="767676"/>
          <w:sz w:val="17"/>
        </w:rPr>
        <w:tab/>
        <w:t>33. hafta · COĞ.10.7.1 a · Kitap s. 204-208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Bilim insanlarına göre Türklerin ilk ana yurdu Orta Asya'da Altay Dağları merkez olmak üzere hangi sınırlar arasındadır? Boşlukları doldurunuz (s. 204).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1247"/>
        <w:gridCol w:w="3784"/>
        <w:gridCol w:w="1247"/>
        <w:gridCol w:w="3784"/>
      </w:tblGrid>
      <w:tr>
        <w:trPr>
          <w:cantSplit/>
          <w:trHeight w:val="340" w:hRule="atLeast"/>
        </w:trPr>
        <w:tc>
          <w:tcPr>
            <w:tcW w:w="1247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Doğuda</w:t>
            </w:r>
          </w:p>
        </w:tc>
        <w:tc>
          <w:tcPr>
            <w:tcW w:w="378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……………………………… Dağları</w:t>
            </w:r>
          </w:p>
        </w:tc>
        <w:tc>
          <w:tcPr>
            <w:tcW w:w="1247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Kuzeyde</w:t>
            </w:r>
          </w:p>
        </w:tc>
        <w:tc>
          <w:tcPr>
            <w:tcW w:w="378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……………………………… Ormanları</w:t>
            </w:r>
          </w:p>
        </w:tc>
      </w:tr>
      <w:tr>
        <w:trPr>
          <w:cantSplit/>
          <w:trHeight w:val="340" w:hRule="atLeast"/>
        </w:trPr>
        <w:tc>
          <w:tcPr>
            <w:tcW w:w="1247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Güneyde</w:t>
            </w:r>
          </w:p>
        </w:tc>
        <w:tc>
          <w:tcPr>
            <w:tcW w:w="378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……………… Irmağı (Ceyhun), ……………… ve Altın dağları</w:t>
            </w:r>
          </w:p>
        </w:tc>
        <w:tc>
          <w:tcPr>
            <w:tcW w:w="1247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Batıda</w:t>
            </w:r>
          </w:p>
        </w:tc>
        <w:tc>
          <w:tcPr>
            <w:tcW w:w="378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……………… Dağları ve ……………… Denizi</w:t>
            </w: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2.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Türklerin atalarına ait bulguların elde edildiği arkeolojik kültürleri bulundukları yerlerle eşleştiriniz; harfi parantez içine yazınız (s. 204).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721"/>
        <w:gridCol w:w="510"/>
        <w:gridCol w:w="6831"/>
      </w:tblGrid>
      <w:tr>
        <w:trPr>
          <w:cantSplit/>
          <w:trHeight w:val="249" w:hRule="atLeast"/>
        </w:trPr>
        <w:tc>
          <w:tcPr>
            <w:tcW w:w="272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1. Anav kültürü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83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Aral Gölü çevresi</w:t>
            </w:r>
          </w:p>
        </w:tc>
      </w:tr>
      <w:tr>
        <w:trPr>
          <w:cantSplit/>
          <w:trHeight w:val="249" w:hRule="atLeast"/>
        </w:trPr>
        <w:tc>
          <w:tcPr>
            <w:tcW w:w="272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2. Kelteminar kültürü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83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Abakan bozkırları</w:t>
            </w:r>
          </w:p>
        </w:tc>
      </w:tr>
      <w:tr>
        <w:trPr>
          <w:cantSplit/>
          <w:trHeight w:val="249" w:hRule="atLeast"/>
        </w:trPr>
        <w:tc>
          <w:tcPr>
            <w:tcW w:w="272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3. Afenosyeva kültürü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83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Aşkabat yakınları</w:t>
            </w:r>
          </w:p>
        </w:tc>
      </w:tr>
      <w:tr>
        <w:trPr>
          <w:cantSplit/>
          <w:trHeight w:val="249" w:hRule="atLeast"/>
        </w:trPr>
        <w:tc>
          <w:tcPr>
            <w:tcW w:w="272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4. Andranova kültürü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83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Tanrı Dağları ile Yayık Nehri arasındaki bozkırlar</w:t>
            </w:r>
          </w:p>
        </w:tc>
      </w:tr>
      <w:tr>
        <w:trPr>
          <w:cantSplit/>
          <w:trHeight w:val="249" w:hRule="atLeast"/>
        </w:trPr>
        <w:tc>
          <w:tcPr>
            <w:tcW w:w="272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5. Karasuk kültürü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83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Karasuk Irmağı çevresi</w:t>
            </w:r>
          </w:p>
        </w:tc>
      </w:tr>
      <w:tr>
        <w:trPr>
          <w:cantSplit/>
          <w:trHeight w:val="249" w:hRule="atLeast"/>
        </w:trPr>
        <w:tc>
          <w:tcPr>
            <w:tcW w:w="272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6. Tagar ve Taştık kültürü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83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Altay ve Sayan dağları arası</w:t>
            </w: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3.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Türk tarihindeki başlıca kitlesel göçleri tamamlayınız (s. 204).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041"/>
        <w:gridCol w:w="1701"/>
        <w:gridCol w:w="6321"/>
      </w:tblGrid>
      <w:tr>
        <w:trPr>
          <w:cantSplit/>
          <w:tblHeader/>
        </w:trPr>
        <w:tc>
          <w:tcPr>
            <w:tcW w:w="2041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Göç eden topluluk</w:t>
            </w:r>
          </w:p>
        </w:tc>
        <w:tc>
          <w:tcPr>
            <w:tcW w:w="1701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Dönem</w:t>
            </w:r>
          </w:p>
        </w:tc>
        <w:tc>
          <w:tcPr>
            <w:tcW w:w="6321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Göçün yönü (nereden, nereye)</w:t>
            </w:r>
          </w:p>
        </w:tc>
      </w:tr>
      <w:tr>
        <w:trPr>
          <w:cantSplit/>
          <w:trHeight w:val="454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Sakalar (İskitler)</w:t>
            </w:r>
          </w:p>
        </w:tc>
        <w:tc>
          <w:tcPr>
            <w:tcW w:w="1701" w:type="dxa"/>
          </w:tcPr>
          <w:p>
            <w:pPr>
              <w:jc w:val="left"/>
            </w:pPr>
          </w:p>
        </w:tc>
        <w:tc>
          <w:tcPr>
            <w:tcW w:w="6321" w:type="dxa"/>
          </w:tcPr>
          <w:p>
            <w:pPr>
              <w:jc w:val="left"/>
            </w:pPr>
          </w:p>
        </w:tc>
      </w:tr>
      <w:tr>
        <w:trPr>
          <w:cantSplit/>
          <w:trHeight w:val="454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Hunlar</w:t>
            </w:r>
          </w:p>
        </w:tc>
        <w:tc>
          <w:tcPr>
            <w:tcW w:w="1701" w:type="dxa"/>
          </w:tcPr>
          <w:p>
            <w:pPr>
              <w:jc w:val="left"/>
            </w:pPr>
          </w:p>
        </w:tc>
        <w:tc>
          <w:tcPr>
            <w:tcW w:w="6321" w:type="dxa"/>
          </w:tcPr>
          <w:p>
            <w:pPr>
              <w:jc w:val="left"/>
            </w:pPr>
          </w:p>
        </w:tc>
      </w:tr>
      <w:tr>
        <w:trPr>
          <w:cantSplit/>
          <w:trHeight w:val="454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Oğuzlar</w:t>
            </w:r>
          </w:p>
        </w:tc>
        <w:tc>
          <w:tcPr>
            <w:tcW w:w="1701" w:type="dxa"/>
          </w:tcPr>
          <w:p>
            <w:pPr>
              <w:jc w:val="left"/>
            </w:pPr>
          </w:p>
        </w:tc>
        <w:tc>
          <w:tcPr>
            <w:tcW w:w="6321" w:type="dxa"/>
          </w:tcPr>
          <w:p>
            <w:pPr>
              <w:jc w:val="left"/>
            </w:pP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4.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Konargöçer Türk kültürüne ait kavramları anlamlarıyla eşleştiriniz (s. 207-208).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041"/>
        <w:gridCol w:w="510"/>
        <w:gridCol w:w="7512"/>
      </w:tblGrid>
      <w:tr>
        <w:trPr>
          <w:cantSplit/>
          <w:trHeight w:val="249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1. Kurgan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51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Her boyun işareti (damga)</w:t>
            </w:r>
          </w:p>
        </w:tc>
      </w:tr>
      <w:tr>
        <w:trPr>
          <w:cantSplit/>
          <w:trHeight w:val="249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2. Balbal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51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Kurganlara, mağlup edilen düşman sayısınca dikilen taşlar</w:t>
            </w:r>
          </w:p>
        </w:tc>
      </w:tr>
      <w:tr>
        <w:trPr>
          <w:cantSplit/>
          <w:trHeight w:val="249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3. Obo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51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Sürüler için kışın ılık alanlara, yazın serin ve yüksek alanlara göç</w:t>
            </w:r>
          </w:p>
        </w:tc>
      </w:tr>
      <w:tr>
        <w:trPr>
          <w:cantSplit/>
          <w:trHeight w:val="249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4. Tamga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51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Ölülerin atları ve özel eşyalarıyla gömüldüğü büyük mezarlar</w:t>
            </w:r>
          </w:p>
        </w:tc>
      </w:tr>
      <w:tr>
        <w:trPr>
          <w:cantSplit/>
          <w:trHeight w:val="249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5. Yuğ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51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Ölenler için yapılan yas törenleri</w:t>
            </w:r>
          </w:p>
        </w:tc>
      </w:tr>
      <w:tr>
        <w:trPr>
          <w:cantSplit/>
          <w:trHeight w:val="249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6. Kışlak - yaylak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51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Yol kenarlarında taş yığınlarından yapay tepecik; dinî ayin ve dilek yeri</w:t>
            </w:r>
          </w:p>
        </w:tc>
      </w:tr>
    </w:tbl>
    <w:p>
      <w:pPr>
        <w:keepNext/>
        <w:pageBreakBefore w:val="0"/>
        <w:tabs>
          <w:tab w:pos="10545" w:val="right"/>
        </w:tabs>
        <w:spacing w:before="8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2 · Türk Dünyasının Kültürel Özellikleri</w:t>
      </w:r>
      <w:r>
        <w:rPr>
          <w:rFonts w:ascii="Calibri" w:hAnsi="Calibri"/>
          <w:b w:val="0"/>
          <w:i w:val="0"/>
          <w:color w:val="767676"/>
          <w:sz w:val="17"/>
        </w:rPr>
        <w:tab/>
        <w:t>34. hafta · COĞ.10.7.1 b · Kitap s. 203-216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5.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Kültür unsurunun ait olduğu dönemi işaretleyiniz. K: konargöçer Türk kültürü · T: Türk-İslam kültürü (s. 207-212)</w:t>
      </w:r>
    </w:p>
    <w:tbl>
      <w:tblPr>
        <w:tblStyle w:val="TableGrid"/>
        <w:tblW w:w="10064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969"/>
        <w:gridCol w:w="1063"/>
        <w:gridCol w:w="3969"/>
        <w:gridCol w:w="1063"/>
      </w:tblGrid>
      <w:tr>
        <w:trPr>
          <w:cantSplit/>
          <w:trHeight w:val="249" w:hRule="atLeast"/>
        </w:trPr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Gök Tanrı (Kök Tengri) inancı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☐K ☐T</w:t>
            </w:r>
          </w:p>
        </w:tc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Külliye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☐K ☐T</w:t>
            </w:r>
          </w:p>
        </w:tc>
      </w:tr>
      <w:tr>
        <w:trPr>
          <w:cantSplit/>
          <w:trHeight w:val="249" w:hRule="atLeast"/>
        </w:trPr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Kurgan ve balbal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☐K ☐T</w:t>
            </w:r>
          </w:p>
        </w:tc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Ahilik geleneği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☐K ☐T</w:t>
            </w:r>
          </w:p>
        </w:tc>
      </w:tr>
      <w:tr>
        <w:trPr>
          <w:cantSplit/>
          <w:trHeight w:val="249" w:hRule="atLeast"/>
        </w:trPr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Orhun Yazıtları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☐K ☐T</w:t>
            </w:r>
          </w:p>
        </w:tc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f)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Hoca Ahmet Yesevi'nin öğrencileri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☐K ☐T</w:t>
            </w:r>
          </w:p>
        </w:tc>
      </w:tr>
      <w:tr>
        <w:trPr>
          <w:cantSplit/>
          <w:trHeight w:val="249" w:hRule="atLeast"/>
        </w:trPr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Göçer evler, keçe çadırlar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☐K ☐T</w:t>
            </w:r>
          </w:p>
        </w:tc>
        <w:tc>
          <w:tcPr>
            <w:tcW w:w="3969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Kutadgu Bilig</w:t>
            </w:r>
          </w:p>
        </w:tc>
        <w:tc>
          <w:tcPr>
            <w:tcW w:w="106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☐K ☐T</w:t>
            </w: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6.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Türklerde renkler yönleri ifade ediyordu. Rengin karşısına yönünü yazınız; son satıra renkle yön bildiren bir yer adı örneği ve anlamını yazınız (s. 209).</w:t>
      </w:r>
    </w:p>
    <w:tbl>
      <w:tblPr>
        <w:tblStyle w:val="TableGrid"/>
        <w:tblW w:w="10064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516"/>
        <w:gridCol w:w="2516"/>
        <w:gridCol w:w="2516"/>
        <w:gridCol w:w="2516"/>
      </w:tblGrid>
      <w:tr>
        <w:trPr>
          <w:cantSplit/>
          <w:trHeight w:val="249" w:hRule="atLeast"/>
        </w:trPr>
        <w:tc>
          <w:tcPr>
            <w:tcW w:w="251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Kara: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……………</w:t>
            </w:r>
          </w:p>
        </w:tc>
        <w:tc>
          <w:tcPr>
            <w:tcW w:w="251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Ak: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……………</w:t>
            </w:r>
          </w:p>
        </w:tc>
        <w:tc>
          <w:tcPr>
            <w:tcW w:w="251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Kızıl: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……………</w:t>
            </w:r>
          </w:p>
        </w:tc>
        <w:tc>
          <w:tcPr>
            <w:tcW w:w="251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Gök: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……………</w:t>
            </w:r>
          </w:p>
        </w:tc>
      </w:tr>
    </w:tbl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402"/>
        <w:gridCol w:w="6661"/>
      </w:tblGrid>
      <w:tr>
        <w:trPr>
          <w:cantSplit/>
          <w:trHeight w:val="249" w:hRule="atLeast"/>
        </w:trPr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Yer adı örneği ve anlamı</w:t>
            </w:r>
          </w:p>
        </w:tc>
        <w:tc>
          <w:tcPr>
            <w:tcW w:w="6661" w:type="dxa"/>
          </w:tcPr>
          <w:p>
            <w:pPr>
              <w:jc w:val="left"/>
            </w:pP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7.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Kültürel miras ögesini sınıflandırınız. S: somut · SO: somut olmayan (s. 214)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855"/>
        <w:gridCol w:w="1176"/>
        <w:gridCol w:w="3855"/>
        <w:gridCol w:w="1176"/>
      </w:tblGrid>
      <w:tr>
        <w:trPr>
          <w:cantSplit/>
          <w:trHeight w:val="249" w:hRule="atLeast"/>
        </w:trPr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Orhun Yazıtları</w:t>
            </w:r>
          </w:p>
        </w:tc>
        <w:tc>
          <w:tcPr>
            <w:tcW w:w="117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☐S ☐SO</w:t>
            </w:r>
          </w:p>
        </w:tc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Nasreddin Hoca fıkrası anlatma geleneği</w:t>
            </w:r>
          </w:p>
        </w:tc>
        <w:tc>
          <w:tcPr>
            <w:tcW w:w="117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☐S ☐SO</w:t>
            </w:r>
          </w:p>
        </w:tc>
      </w:tr>
      <w:tr>
        <w:trPr>
          <w:cantSplit/>
          <w:trHeight w:val="249" w:hRule="atLeast"/>
        </w:trPr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Selimiye Camii</w:t>
            </w:r>
          </w:p>
        </w:tc>
        <w:tc>
          <w:tcPr>
            <w:tcW w:w="117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☐S ☐SO</w:t>
            </w:r>
          </w:p>
        </w:tc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Ebru sanatı</w:t>
            </w:r>
          </w:p>
        </w:tc>
        <w:tc>
          <w:tcPr>
            <w:tcW w:w="117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☐S ☐SO</w:t>
            </w:r>
          </w:p>
        </w:tc>
      </w:tr>
      <w:tr>
        <w:trPr>
          <w:cantSplit/>
          <w:trHeight w:val="249" w:hRule="atLeast"/>
        </w:trPr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Hoca Ahmet Yesevi Türbesi</w:t>
            </w:r>
          </w:p>
        </w:tc>
        <w:tc>
          <w:tcPr>
            <w:tcW w:w="117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☐S ☐SO</w:t>
            </w:r>
          </w:p>
        </w:tc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f)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Mevlevi Sema Töreni</w:t>
            </w:r>
          </w:p>
        </w:tc>
        <w:tc>
          <w:tcPr>
            <w:tcW w:w="117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☐S ☐SO</w:t>
            </w:r>
          </w:p>
        </w:tc>
      </w:tr>
      <w:tr>
        <w:trPr>
          <w:cantSplit/>
          <w:trHeight w:val="249" w:hRule="atLeast"/>
        </w:trPr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Tac Mahal</w:t>
            </w:r>
          </w:p>
        </w:tc>
        <w:tc>
          <w:tcPr>
            <w:tcW w:w="117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☐S ☐SO</w:t>
            </w:r>
          </w:p>
        </w:tc>
        <w:tc>
          <w:tcPr>
            <w:tcW w:w="385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Türk kahvesi ve çay ikramı</w:t>
            </w:r>
          </w:p>
        </w:tc>
        <w:tc>
          <w:tcPr>
            <w:tcW w:w="117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☐S ☐SO</w:t>
            </w:r>
          </w:p>
        </w:tc>
      </w:tr>
    </w:tbl>
    <w:p>
      <w:pPr>
        <w:keepNext/>
        <w:pageBreakBefore/>
        <w:tabs>
          <w:tab w:pos="312" w:val="left"/>
        </w:tabs>
        <w:spacing w:before="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8.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İfade doğruysa D, yanlışsa Y işaretleyiniz (s. 203, 212, 216).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195"/>
        <w:gridCol w:w="836"/>
        <w:gridCol w:w="4195"/>
        <w:gridCol w:w="836"/>
      </w:tblGrid>
      <w:tr>
        <w:trPr>
          <w:cantSplit/>
          <w:trHeight w:val="249" w:hRule="atLeast"/>
        </w:trPr>
        <w:tc>
          <w:tcPr>
            <w:tcW w:w="419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TÜRKSOY 1993 yılında kurulmuştur.</w:t>
            </w:r>
          </w:p>
        </w:tc>
        <w:tc>
          <w:tcPr>
            <w:tcW w:w="83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  <w:tc>
          <w:tcPr>
            <w:tcW w:w="419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KKTC 2023'te Türk Devletleri Teşkilatında gözlemci statüsü kazanmıştır.</w:t>
            </w:r>
          </w:p>
        </w:tc>
        <w:tc>
          <w:tcPr>
            <w:tcW w:w="83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</w:tr>
      <w:tr>
        <w:trPr>
          <w:cantSplit/>
          <w:trHeight w:val="249" w:hRule="atLeast"/>
        </w:trPr>
        <w:tc>
          <w:tcPr>
            <w:tcW w:w="419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KKTC, TÜRKSOY'un kurucu üyelerindendir.</w:t>
            </w:r>
          </w:p>
        </w:tc>
        <w:tc>
          <w:tcPr>
            <w:tcW w:w="83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  <w:tc>
          <w:tcPr>
            <w:tcW w:w="419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2024'te Latin alfabesi temelinde ortak bir Türk alfabesi kullanılması kararı alınmıştır.</w:t>
            </w:r>
          </w:p>
        </w:tc>
        <w:tc>
          <w:tcPr>
            <w:tcW w:w="83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</w:tr>
      <w:tr>
        <w:trPr>
          <w:cantSplit/>
          <w:trHeight w:val="249" w:hRule="atLeast"/>
        </w:trPr>
        <w:tc>
          <w:tcPr>
            <w:tcW w:w="419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Türk Devletleri Teşkilatı 2009 yılında kurulmuştur.</w:t>
            </w:r>
          </w:p>
        </w:tc>
        <w:tc>
          <w:tcPr>
            <w:tcW w:w="83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  <w:tc>
          <w:tcPr>
            <w:tcW w:w="419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f)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Türk dünyasında farklı alfabelerin kullanılması iletişimi kolaylaştırmıştır.</w:t>
            </w:r>
          </w:p>
        </w:tc>
        <w:tc>
          <w:tcPr>
            <w:tcW w:w="83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</w:tr>
      <w:tr>
        <w:trPr>
          <w:cantSplit/>
          <w:trHeight w:val="249" w:hRule="atLeast"/>
        </w:trPr>
        <w:tc>
          <w:tcPr>
            <w:tcW w:w="419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Özbekistan, Türk Devletleri Teşkilatının kurucu üyelerindendir.</w:t>
            </w:r>
          </w:p>
        </w:tc>
        <w:tc>
          <w:tcPr>
            <w:tcW w:w="83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  <w:tc>
          <w:tcPr>
            <w:tcW w:w="419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Türkiye, KKTC'yi resmî olarak tanıyan ilk ülke olmuştur.</w:t>
            </w:r>
          </w:p>
        </w:tc>
        <w:tc>
          <w:tcPr>
            <w:tcW w:w="836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</w:tr>
    </w:tbl>
    <w:p>
      <w:pPr>
        <w:keepNext/>
        <w:pageBreakBefore w:val="0"/>
        <w:tabs>
          <w:tab w:pos="10545" w:val="right"/>
        </w:tabs>
        <w:spacing w:before="8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3 · Ortak Kültürel Miras Hakkında Çıkarım</w:t>
      </w:r>
      <w:r>
        <w:rPr>
          <w:rFonts w:ascii="Calibri" w:hAnsi="Calibri"/>
          <w:b w:val="0"/>
          <w:i w:val="0"/>
          <w:color w:val="767676"/>
          <w:sz w:val="17"/>
        </w:rPr>
        <w:tab/>
        <w:t>35. hafta · COĞ.10.7.1 c · Kitap s. 217-219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9.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UNESCO tarafından tescillenmiş Türk kültürüne ait somut olmayan kültür mirası listesini (s. 217) inceleyerek tabloyu doldurunuz.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5386"/>
        <w:gridCol w:w="4677"/>
      </w:tblGrid>
      <w:tr>
        <w:trPr>
          <w:cantSplit/>
          <w:trHeight w:val="454" w:hRule="atLeast"/>
        </w:trPr>
        <w:tc>
          <w:tcPr>
            <w:tcW w:w="538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En çok ülkede yaşatılan miras (kaç ülke?)</w:t>
            </w:r>
          </w:p>
        </w:tc>
        <w:tc>
          <w:tcPr>
            <w:tcW w:w="4677" w:type="dxa"/>
          </w:tcPr>
          <w:p>
            <w:pPr>
              <w:jc w:val="left"/>
            </w:pPr>
          </w:p>
        </w:tc>
      </w:tr>
      <w:tr>
        <w:trPr>
          <w:cantSplit/>
          <w:trHeight w:val="454" w:hRule="atLeast"/>
        </w:trPr>
        <w:tc>
          <w:tcPr>
            <w:tcW w:w="538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Listedeki sekiz mirasın hepsinde yer alan ülke</w:t>
            </w:r>
          </w:p>
        </w:tc>
        <w:tc>
          <w:tcPr>
            <w:tcW w:w="4677" w:type="dxa"/>
          </w:tcPr>
          <w:p>
            <w:pPr>
              <w:jc w:val="left"/>
            </w:pPr>
          </w:p>
        </w:tc>
      </w:tr>
      <w:tr>
        <w:trPr>
          <w:cantSplit/>
          <w:trHeight w:val="454" w:hRule="atLeast"/>
        </w:trPr>
        <w:tc>
          <w:tcPr>
            <w:tcW w:w="538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Ondan sonra en çok mirasta yer alan ülke (kaç miras?)</w:t>
            </w:r>
          </w:p>
        </w:tc>
        <w:tc>
          <w:tcPr>
            <w:tcW w:w="4677" w:type="dxa"/>
          </w:tcPr>
          <w:p>
            <w:pPr>
              <w:jc w:val="left"/>
            </w:pPr>
          </w:p>
        </w:tc>
      </w:tr>
      <w:tr>
        <w:trPr>
          <w:cantSplit/>
          <w:trHeight w:val="454" w:hRule="atLeast"/>
        </w:trPr>
        <w:tc>
          <w:tcPr>
            <w:tcW w:w="538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Bu sayımdan çıkardığım sonuç (göçlerle karşılaştır, s. 204)</w:t>
            </w:r>
          </w:p>
        </w:tc>
        <w:tc>
          <w:tcPr>
            <w:tcW w:w="4677" w:type="dxa"/>
          </w:tcPr>
          <w:p>
            <w:pPr>
              <w:jc w:val="left"/>
            </w:pP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10.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Çalışma yaprağı: Kültürel Miras - Türk Dünyası - Türk Kültürü kavramlarını kullanarak Türk kültürünün yayılış alanlarındaki ortak kültürel özelliklerin gelecek nesillere aktarılmasının önemini anlatan kısa bir metin yazınız (s. 218).</w:t>
      </w:r>
    </w:p>
    <w:p>
      <w:pPr>
        <w:keepNext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 w:val="0"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11.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Performans çalışması: grubumuzun afiş planı (s. 219).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515"/>
        <w:gridCol w:w="6548"/>
      </w:tblGrid>
      <w:tr>
        <w:trPr>
          <w:cantSplit/>
          <w:trHeight w:val="482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Miras ögesi ve türü (somut / somut olmayan)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  <w:tr>
        <w:trPr>
          <w:cantSplit/>
          <w:trHeight w:val="482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Nerede yaşatılıyor?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  <w:tr>
        <w:trPr>
          <w:cantSplit/>
          <w:trHeight w:val="482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Amacımız (tanıma, tanıtma, koruma, geliştirme)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  <w:tr>
        <w:trPr>
          <w:cantSplit/>
          <w:trHeight w:val="482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Görselimiz ve mesajımız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  <w:tr>
        <w:trPr>
          <w:cantSplit/>
          <w:trHeight w:val="482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Kaynaklarımız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</w:tbl>
    <w:p>
      <w:pPr>
        <w:keepNext/>
        <w:pageBreakBefore w:val="0"/>
        <w:tabs>
          <w:tab w:pos="10545" w:val="right"/>
        </w:tabs>
        <w:spacing w:before="8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ÖZ DEĞERLENDİRME</w:t>
      </w:r>
      <w:r>
        <w:rPr>
          <w:rFonts w:ascii="Calibri" w:hAnsi="Calibri"/>
          <w:b w:val="0"/>
          <w:i w:val="0"/>
          <w:color w:val="767676"/>
          <w:sz w:val="17"/>
        </w:rPr>
        <w:tab/>
        <w:t>35. hafta · ünite sonu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12.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Kendini değerlendir: E (evet) · K (kısmen) · H (henüz değil).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124"/>
        <w:gridCol w:w="907"/>
        <w:gridCol w:w="4124"/>
        <w:gridCol w:w="907"/>
      </w:tblGrid>
      <w:tr>
        <w:trPr>
          <w:cantSplit/>
        </w:trPr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Türk kültürünün ocağını ve göçlerle yayıldığı alanları haritada gösterebiliyorum.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E  K  H</w:t>
            </w:r>
          </w:p>
        </w:tc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Konargöçer ve Türk-İslam kültürünün özelliklerini örnekle açıklayabiliyorum.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E  K  H</w:t>
            </w:r>
          </w:p>
        </w:tc>
      </w:tr>
      <w:tr>
        <w:trPr>
          <w:cantSplit/>
        </w:trPr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Somut ve somut olmayan kültürel miras ögelerini ayırt edebiliyorum.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E  K  H</w:t>
            </w:r>
          </w:p>
        </w:tc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Türk dünyasının ortak kültürel mirası hakkında kanıta dayalı çıkarım yapabiliyorum.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E  K  H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454" w:right="680" w:bottom="454" w:left="680" w:header="283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/>
        <w:b w:val="0"/>
        <w:i w:val="0"/>
        <w:color w:val="767676"/>
        <w:sz w:val="16"/>
      </w:rPr>
      <w:t xml:space="preserve">GNL-COG10-CK-U7 · 10. Sınıf Coğrafya · 7. Ünite · 2026-2027  ·  Kaynak: Coğrafya 10. Sınıf Ders Kitabı (MEB Yayınları, 2026)  ·  Sayfa </w:t>
    </w:r>
    <w:fldSimple w:instr="PAGE">
      <w:r>
        <w:rPr>
          <w:sz w:val="16"/>
        </w:rPr>
        <w:t>1</w:t>
      </w:r>
    </w:fldSimple>
    <w:r>
      <w:rPr>
        <w:rFonts w:ascii="Calibri" w:hAnsi="Calibri"/>
        <w:b w:val="0"/>
        <w:i w:val="0"/>
        <w:color w:val="767676"/>
        <w:sz w:val="16"/>
      </w:rPr>
      <w:t xml:space="preserve"> / </w:t>
    </w:r>
    <w:fldSimple w:instr="NUMPAGES">
      <w:r>
        <w:t>2</w:t>
      </w:r>
    </w:fldSimple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before="0" w:after="0" w:line="240" w:lineRule="auto"/>
    </w:pPr>
    <w:rPr>
      <w:rFonts w:ascii="Calibri" w:hAnsi="Calibri" w:cs="Calibri" w:eastAsia="Calibri"/>
      <w:color w:val="262626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GNL-COG10-CK-U7 · 7. Ünite: Bölgeler, Ülkeler ve Küresel Bağlantılar — Çalışma Kâğıdı</dc:title>
  <dc:subject>10. Sınıf Coğrafya çalışma kâğıdı. Kaynak: Coğrafya 10. Sınıf Ders Kitabı (MEB Yayınları, 2026). okulapp.org/cografya</dc:subject>
  <dc:creator>okulapp.org</dc:creator>
  <cp:keywords/>
  <dc:description>Kitaptan alınan metin, soru ve görsellerin hakları MEB'e aittir (5846 sayılı Kanun md. 34 kapsamında kaynak gösterilerek alıntı). Özgün katkılar CC BY 4.0 — okulapp.org</dc:description>
  <cp:lastModifiedBy>okulapp.org</cp:lastModifiedBy>
  <cp:revision>1</cp:revision>
  <dcterms:created xsi:type="dcterms:W3CDTF">2013-12-23T23:15:00Z</dcterms:created>
  <dcterms:modified xsi:type="dcterms:W3CDTF">2013-12-23T23:15:00Z</dcterms:modified>
  <cp:category>Ders materyali</cp:category>
  <dc:language>tr-TR</dc:language>
</cp:coreProperties>
</file>